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FB1F45" w14:textId="77777777" w:rsidR="00B1595A" w:rsidRDefault="00A81518" w:rsidP="001960D5">
      <w:pPr>
        <w:pStyle w:val="Title"/>
        <w:spacing w:after="60"/>
        <w:jc w:val="center"/>
      </w:pPr>
      <w:r>
        <w:t>2026-2027 Honorary Degree Deadlines</w:t>
      </w:r>
    </w:p>
    <w:p w14:paraId="14EB70D6" w14:textId="61DC6F40" w:rsidR="00B1595A" w:rsidRPr="00A770DB" w:rsidRDefault="00A81518" w:rsidP="001960D5">
      <w:pPr>
        <w:jc w:val="center"/>
        <w:rPr>
          <w:sz w:val="22"/>
          <w:szCs w:val="24"/>
        </w:rPr>
      </w:pPr>
      <w:r w:rsidRPr="00A770DB">
        <w:rPr>
          <w:color w:val="5B6570"/>
          <w:sz w:val="22"/>
          <w:szCs w:val="24"/>
        </w:rPr>
        <w:t>Key dates and responsibilities for the fall 2026 and spring 2027 nomination cycles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045"/>
        <w:gridCol w:w="2087"/>
        <w:gridCol w:w="2340"/>
        <w:gridCol w:w="3960"/>
      </w:tblGrid>
      <w:tr w:rsidR="00B1595A" w14:paraId="116DC90E" w14:textId="77777777" w:rsidTr="001960D5">
        <w:trPr>
          <w:cantSplit/>
          <w:tblHeader/>
          <w:jc w:val="center"/>
        </w:trPr>
        <w:tc>
          <w:tcPr>
            <w:tcW w:w="4132" w:type="dxa"/>
            <w:gridSpan w:val="2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005F4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7548242" w14:textId="77777777" w:rsidR="00B1595A" w:rsidRDefault="00A81518">
            <w:pPr>
              <w:spacing w:after="0" w:line="252" w:lineRule="auto"/>
              <w:jc w:val="center"/>
            </w:pPr>
            <w:r w:rsidRPr="00C8200C">
              <w:rPr>
                <w:b/>
                <w:color w:val="FFFFFF"/>
                <w:sz w:val="24"/>
                <w:szCs w:val="32"/>
              </w:rPr>
              <w:t>DEADLINE</w:t>
            </w:r>
          </w:p>
        </w:tc>
        <w:tc>
          <w:tcPr>
            <w:tcW w:w="2340" w:type="dxa"/>
            <w:vMerge w:val="restart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005F4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015E083" w14:textId="77777777" w:rsidR="00B1595A" w:rsidRPr="00C8200C" w:rsidRDefault="00A81518">
            <w:pPr>
              <w:spacing w:after="0" w:line="252" w:lineRule="auto"/>
              <w:jc w:val="center"/>
              <w:rPr>
                <w:sz w:val="24"/>
                <w:szCs w:val="32"/>
              </w:rPr>
            </w:pPr>
            <w:r w:rsidRPr="00C8200C">
              <w:rPr>
                <w:b/>
                <w:color w:val="FFFFFF"/>
                <w:sz w:val="24"/>
                <w:szCs w:val="32"/>
              </w:rPr>
              <w:t>LEAD</w:t>
            </w:r>
          </w:p>
        </w:tc>
        <w:tc>
          <w:tcPr>
            <w:tcW w:w="3960" w:type="dxa"/>
            <w:vMerge w:val="restart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005F4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252E6D2" w14:textId="77777777" w:rsidR="00B1595A" w:rsidRPr="00C8200C" w:rsidRDefault="00A81518">
            <w:pPr>
              <w:spacing w:after="0" w:line="252" w:lineRule="auto"/>
              <w:jc w:val="center"/>
              <w:rPr>
                <w:sz w:val="24"/>
                <w:szCs w:val="32"/>
              </w:rPr>
            </w:pPr>
            <w:r w:rsidRPr="00C8200C">
              <w:rPr>
                <w:b/>
                <w:color w:val="FFFFFF"/>
                <w:sz w:val="24"/>
                <w:szCs w:val="32"/>
              </w:rPr>
              <w:t>RESPONSIBILITY</w:t>
            </w:r>
          </w:p>
        </w:tc>
      </w:tr>
      <w:tr w:rsidR="00B1595A" w14:paraId="4D12305F" w14:textId="77777777" w:rsidTr="001960D5">
        <w:trPr>
          <w:cantSplit/>
          <w:trHeight w:val="509"/>
          <w:tblHeader/>
          <w:jc w:val="center"/>
        </w:trPr>
        <w:tc>
          <w:tcPr>
            <w:tcW w:w="204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C8A95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BC6CB7E" w14:textId="77777777" w:rsidR="00B1595A" w:rsidRPr="00C8200C" w:rsidRDefault="00A81518">
            <w:pPr>
              <w:spacing w:after="0" w:line="252" w:lineRule="auto"/>
              <w:jc w:val="center"/>
              <w:rPr>
                <w:sz w:val="24"/>
                <w:szCs w:val="32"/>
              </w:rPr>
            </w:pPr>
            <w:r w:rsidRPr="00C8200C">
              <w:rPr>
                <w:b/>
                <w:color w:val="000000"/>
                <w:sz w:val="24"/>
                <w:szCs w:val="32"/>
              </w:rPr>
              <w:t>FALL 2026</w:t>
            </w:r>
          </w:p>
        </w:tc>
        <w:tc>
          <w:tcPr>
            <w:tcW w:w="208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C8A951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4797D75" w14:textId="77777777" w:rsidR="00B1595A" w:rsidRPr="00C8200C" w:rsidRDefault="00A81518">
            <w:pPr>
              <w:spacing w:after="0" w:line="252" w:lineRule="auto"/>
              <w:jc w:val="center"/>
              <w:rPr>
                <w:sz w:val="24"/>
                <w:szCs w:val="32"/>
              </w:rPr>
            </w:pPr>
            <w:r w:rsidRPr="00C8200C">
              <w:rPr>
                <w:b/>
                <w:color w:val="000000"/>
                <w:sz w:val="24"/>
                <w:szCs w:val="32"/>
              </w:rPr>
              <w:t>SPRING 2027</w:t>
            </w:r>
          </w:p>
        </w:tc>
        <w:tc>
          <w:tcPr>
            <w:tcW w:w="2340" w:type="dxa"/>
            <w:vMerge/>
          </w:tcPr>
          <w:p w14:paraId="53CEE5CB" w14:textId="77777777" w:rsidR="00B1595A" w:rsidRDefault="00B1595A"/>
        </w:tc>
        <w:tc>
          <w:tcPr>
            <w:tcW w:w="3960" w:type="dxa"/>
            <w:vMerge/>
          </w:tcPr>
          <w:p w14:paraId="435272FD" w14:textId="77777777" w:rsidR="00B1595A" w:rsidRDefault="00B1595A"/>
        </w:tc>
      </w:tr>
      <w:tr w:rsidR="00B1595A" w14:paraId="4F44757B" w14:textId="77777777" w:rsidTr="00662EC3">
        <w:trPr>
          <w:cantSplit/>
          <w:trHeight w:val="720"/>
          <w:jc w:val="center"/>
        </w:trPr>
        <w:tc>
          <w:tcPr>
            <w:tcW w:w="204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6F0DE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DD68BE5" w14:textId="77777777" w:rsidR="00B1595A" w:rsidRPr="00C8200C" w:rsidRDefault="00A81518">
            <w:pPr>
              <w:spacing w:after="0" w:line="252" w:lineRule="auto"/>
              <w:jc w:val="center"/>
              <w:rPr>
                <w:sz w:val="22"/>
                <w:szCs w:val="28"/>
              </w:rPr>
            </w:pPr>
            <w:r w:rsidRPr="00C8200C">
              <w:rPr>
                <w:b/>
                <w:color w:val="000000"/>
                <w:sz w:val="22"/>
                <w:szCs w:val="28"/>
              </w:rPr>
              <w:t>September 2</w:t>
            </w:r>
          </w:p>
        </w:tc>
        <w:tc>
          <w:tcPr>
            <w:tcW w:w="208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AF3E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AC1B2CC" w14:textId="77777777" w:rsidR="00B1595A" w:rsidRPr="00C8200C" w:rsidRDefault="00A81518">
            <w:pPr>
              <w:spacing w:after="0" w:line="252" w:lineRule="auto"/>
              <w:jc w:val="center"/>
              <w:rPr>
                <w:sz w:val="22"/>
                <w:szCs w:val="28"/>
              </w:rPr>
            </w:pPr>
            <w:r w:rsidRPr="00C8200C">
              <w:rPr>
                <w:b/>
                <w:color w:val="000000"/>
                <w:sz w:val="22"/>
                <w:szCs w:val="28"/>
              </w:rPr>
              <w:t>March 24</w:t>
            </w:r>
          </w:p>
        </w:tc>
        <w:tc>
          <w:tcPr>
            <w:tcW w:w="234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3F51773" w14:textId="77777777" w:rsidR="00B1595A" w:rsidRPr="00C8200C" w:rsidRDefault="00A81518">
            <w:pPr>
              <w:spacing w:after="0" w:line="252" w:lineRule="auto"/>
              <w:jc w:val="center"/>
              <w:rPr>
                <w:sz w:val="22"/>
                <w:szCs w:val="28"/>
              </w:rPr>
            </w:pPr>
            <w:r w:rsidRPr="00C8200C">
              <w:rPr>
                <w:b/>
                <w:color w:val="000000"/>
                <w:sz w:val="22"/>
                <w:szCs w:val="28"/>
              </w:rPr>
              <w:t>Nominator</w:t>
            </w:r>
          </w:p>
        </w:tc>
        <w:tc>
          <w:tcPr>
            <w:tcW w:w="396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C915A5C" w14:textId="73093F2A" w:rsidR="00B1595A" w:rsidRPr="00C8200C" w:rsidRDefault="00A81518">
            <w:pPr>
              <w:spacing w:after="0" w:line="252" w:lineRule="auto"/>
              <w:rPr>
                <w:sz w:val="22"/>
                <w:szCs w:val="28"/>
              </w:rPr>
            </w:pPr>
            <w:r w:rsidRPr="00C8200C">
              <w:rPr>
                <w:color w:val="000000"/>
                <w:sz w:val="22"/>
                <w:szCs w:val="28"/>
              </w:rPr>
              <w:t xml:space="preserve">Nominations due to </w:t>
            </w:r>
            <w:hyperlink r:id="rId8" w:history="1">
              <w:r w:rsidR="00EF3C68" w:rsidRPr="00D735A6">
                <w:rPr>
                  <w:rStyle w:val="Hyperlink"/>
                  <w:sz w:val="22"/>
                  <w:szCs w:val="28"/>
                </w:rPr>
                <w:t>facultyaffairs@mst.edu</w:t>
              </w:r>
            </w:hyperlink>
          </w:p>
        </w:tc>
      </w:tr>
      <w:tr w:rsidR="00B1595A" w14:paraId="008A79CE" w14:textId="77777777" w:rsidTr="00662EC3">
        <w:trPr>
          <w:cantSplit/>
          <w:trHeight w:val="720"/>
          <w:jc w:val="center"/>
        </w:trPr>
        <w:tc>
          <w:tcPr>
            <w:tcW w:w="204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6F0DE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05BC568" w14:textId="77777777" w:rsidR="00B1595A" w:rsidRPr="00C8200C" w:rsidRDefault="00A81518">
            <w:pPr>
              <w:spacing w:after="0" w:line="252" w:lineRule="auto"/>
              <w:jc w:val="center"/>
              <w:rPr>
                <w:sz w:val="22"/>
                <w:szCs w:val="28"/>
              </w:rPr>
            </w:pPr>
            <w:r w:rsidRPr="00C8200C">
              <w:rPr>
                <w:b/>
                <w:color w:val="000000"/>
                <w:sz w:val="22"/>
                <w:szCs w:val="28"/>
              </w:rPr>
              <w:t>September 4</w:t>
            </w:r>
          </w:p>
        </w:tc>
        <w:tc>
          <w:tcPr>
            <w:tcW w:w="208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AF3E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BB0D277" w14:textId="77777777" w:rsidR="00B1595A" w:rsidRPr="00C8200C" w:rsidRDefault="00A81518">
            <w:pPr>
              <w:spacing w:after="0" w:line="252" w:lineRule="auto"/>
              <w:jc w:val="center"/>
              <w:rPr>
                <w:sz w:val="22"/>
                <w:szCs w:val="28"/>
              </w:rPr>
            </w:pPr>
            <w:r w:rsidRPr="00C8200C">
              <w:rPr>
                <w:b/>
                <w:color w:val="000000"/>
                <w:sz w:val="22"/>
                <w:szCs w:val="28"/>
              </w:rPr>
              <w:t>March 26</w:t>
            </w:r>
          </w:p>
        </w:tc>
        <w:tc>
          <w:tcPr>
            <w:tcW w:w="234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5F6F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986F519" w14:textId="77777777" w:rsidR="00B1595A" w:rsidRPr="00C8200C" w:rsidRDefault="00A81518">
            <w:pPr>
              <w:spacing w:after="0" w:line="252" w:lineRule="auto"/>
              <w:jc w:val="center"/>
              <w:rPr>
                <w:sz w:val="22"/>
                <w:szCs w:val="28"/>
              </w:rPr>
            </w:pPr>
            <w:r w:rsidRPr="00C8200C">
              <w:rPr>
                <w:b/>
                <w:color w:val="000000"/>
                <w:sz w:val="22"/>
                <w:szCs w:val="28"/>
              </w:rPr>
              <w:t>Faculty Affairs</w:t>
            </w:r>
          </w:p>
        </w:tc>
        <w:tc>
          <w:tcPr>
            <w:tcW w:w="396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5F6F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975A012" w14:textId="77777777" w:rsidR="00B1595A" w:rsidRPr="00C8200C" w:rsidRDefault="00A81518">
            <w:pPr>
              <w:spacing w:after="0" w:line="252" w:lineRule="auto"/>
              <w:rPr>
                <w:sz w:val="22"/>
                <w:szCs w:val="28"/>
              </w:rPr>
            </w:pPr>
            <w:r w:rsidRPr="00C8200C">
              <w:rPr>
                <w:color w:val="000000"/>
                <w:sz w:val="22"/>
                <w:szCs w:val="28"/>
              </w:rPr>
              <w:t>Sends nominations to the Honorary Degree Committee for review.</w:t>
            </w:r>
          </w:p>
        </w:tc>
      </w:tr>
      <w:tr w:rsidR="00B1595A" w14:paraId="01B5A63C" w14:textId="77777777" w:rsidTr="00662EC3">
        <w:trPr>
          <w:cantSplit/>
          <w:trHeight w:val="720"/>
          <w:jc w:val="center"/>
        </w:trPr>
        <w:tc>
          <w:tcPr>
            <w:tcW w:w="204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6F0DE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B6F8E34" w14:textId="77777777" w:rsidR="00B1595A" w:rsidRPr="00C8200C" w:rsidRDefault="00A81518">
            <w:pPr>
              <w:spacing w:after="0" w:line="252" w:lineRule="auto"/>
              <w:jc w:val="center"/>
              <w:rPr>
                <w:sz w:val="22"/>
                <w:szCs w:val="28"/>
              </w:rPr>
            </w:pPr>
            <w:r w:rsidRPr="00C8200C">
              <w:rPr>
                <w:b/>
                <w:color w:val="000000"/>
                <w:sz w:val="22"/>
                <w:szCs w:val="28"/>
              </w:rPr>
              <w:t>September 18</w:t>
            </w:r>
          </w:p>
        </w:tc>
        <w:tc>
          <w:tcPr>
            <w:tcW w:w="208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AF3E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1AF4DD6" w14:textId="77777777" w:rsidR="00B1595A" w:rsidRPr="00C8200C" w:rsidRDefault="00A81518">
            <w:pPr>
              <w:spacing w:after="0" w:line="252" w:lineRule="auto"/>
              <w:jc w:val="center"/>
              <w:rPr>
                <w:sz w:val="22"/>
                <w:szCs w:val="28"/>
              </w:rPr>
            </w:pPr>
            <w:r w:rsidRPr="00C8200C">
              <w:rPr>
                <w:b/>
                <w:color w:val="000000"/>
                <w:sz w:val="22"/>
                <w:szCs w:val="28"/>
              </w:rPr>
              <w:t>April 9</w:t>
            </w:r>
          </w:p>
        </w:tc>
        <w:tc>
          <w:tcPr>
            <w:tcW w:w="234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D49F418" w14:textId="77777777" w:rsidR="00B1595A" w:rsidRPr="00C8200C" w:rsidRDefault="00A81518">
            <w:pPr>
              <w:spacing w:after="0" w:line="252" w:lineRule="auto"/>
              <w:jc w:val="center"/>
              <w:rPr>
                <w:sz w:val="22"/>
                <w:szCs w:val="28"/>
              </w:rPr>
            </w:pPr>
            <w:r w:rsidRPr="00C8200C">
              <w:rPr>
                <w:b/>
                <w:color w:val="000000"/>
                <w:sz w:val="22"/>
                <w:szCs w:val="28"/>
              </w:rPr>
              <w:t>Honorary Degree Committee</w:t>
            </w:r>
          </w:p>
        </w:tc>
        <w:tc>
          <w:tcPr>
            <w:tcW w:w="396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925FF08" w14:textId="75829A1D" w:rsidR="00B1595A" w:rsidRPr="00C8200C" w:rsidRDefault="00A81518">
            <w:pPr>
              <w:spacing w:after="0" w:line="252" w:lineRule="auto"/>
              <w:rPr>
                <w:sz w:val="22"/>
                <w:szCs w:val="28"/>
              </w:rPr>
            </w:pPr>
            <w:r w:rsidRPr="00C8200C">
              <w:rPr>
                <w:color w:val="000000"/>
                <w:sz w:val="22"/>
                <w:szCs w:val="28"/>
              </w:rPr>
              <w:t>Notifies Faculty Affairs of the committee vote and sends the recommendation letter</w:t>
            </w:r>
            <w:r w:rsidRPr="00C8200C">
              <w:rPr>
                <w:color w:val="000000"/>
                <w:sz w:val="22"/>
                <w:szCs w:val="28"/>
              </w:rPr>
              <w:t>.</w:t>
            </w:r>
          </w:p>
        </w:tc>
      </w:tr>
      <w:tr w:rsidR="00B1595A" w14:paraId="2627B839" w14:textId="77777777" w:rsidTr="00662EC3">
        <w:trPr>
          <w:cantSplit/>
          <w:trHeight w:val="720"/>
          <w:jc w:val="center"/>
        </w:trPr>
        <w:tc>
          <w:tcPr>
            <w:tcW w:w="204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6F0DE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0B6F47C" w14:textId="77777777" w:rsidR="00B1595A" w:rsidRPr="00C8200C" w:rsidRDefault="00A81518">
            <w:pPr>
              <w:spacing w:after="0" w:line="252" w:lineRule="auto"/>
              <w:jc w:val="center"/>
              <w:rPr>
                <w:sz w:val="22"/>
                <w:szCs w:val="28"/>
              </w:rPr>
            </w:pPr>
            <w:r w:rsidRPr="00C8200C">
              <w:rPr>
                <w:b/>
                <w:color w:val="000000"/>
                <w:sz w:val="22"/>
                <w:szCs w:val="28"/>
              </w:rPr>
              <w:t>September 21</w:t>
            </w:r>
          </w:p>
        </w:tc>
        <w:tc>
          <w:tcPr>
            <w:tcW w:w="208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AF3E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5CE04B9" w14:textId="77777777" w:rsidR="00B1595A" w:rsidRPr="00C8200C" w:rsidRDefault="00A81518">
            <w:pPr>
              <w:spacing w:after="0" w:line="252" w:lineRule="auto"/>
              <w:jc w:val="center"/>
              <w:rPr>
                <w:sz w:val="22"/>
                <w:szCs w:val="28"/>
              </w:rPr>
            </w:pPr>
            <w:r w:rsidRPr="00C8200C">
              <w:rPr>
                <w:b/>
                <w:color w:val="000000"/>
                <w:sz w:val="22"/>
                <w:szCs w:val="28"/>
              </w:rPr>
              <w:t>April 12</w:t>
            </w:r>
          </w:p>
        </w:tc>
        <w:tc>
          <w:tcPr>
            <w:tcW w:w="234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5F6F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B982F94" w14:textId="77777777" w:rsidR="00B1595A" w:rsidRPr="00C8200C" w:rsidRDefault="00A81518">
            <w:pPr>
              <w:spacing w:after="0" w:line="252" w:lineRule="auto"/>
              <w:jc w:val="center"/>
              <w:rPr>
                <w:sz w:val="22"/>
                <w:szCs w:val="28"/>
              </w:rPr>
            </w:pPr>
            <w:r w:rsidRPr="00C8200C">
              <w:rPr>
                <w:b/>
                <w:color w:val="000000"/>
                <w:sz w:val="22"/>
                <w:szCs w:val="28"/>
              </w:rPr>
              <w:t>Faculty Affairs</w:t>
            </w:r>
          </w:p>
        </w:tc>
        <w:tc>
          <w:tcPr>
            <w:tcW w:w="396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5F6F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8664312" w14:textId="77777777" w:rsidR="00B1595A" w:rsidRPr="00C8200C" w:rsidRDefault="00A81518">
            <w:pPr>
              <w:spacing w:after="0" w:line="252" w:lineRule="auto"/>
              <w:rPr>
                <w:sz w:val="22"/>
                <w:szCs w:val="28"/>
              </w:rPr>
            </w:pPr>
            <w:r w:rsidRPr="00C8200C">
              <w:rPr>
                <w:color w:val="000000"/>
                <w:sz w:val="22"/>
                <w:szCs w:val="28"/>
              </w:rPr>
              <w:t>Sends nominations to Faculty Senate for executive session review.</w:t>
            </w:r>
          </w:p>
        </w:tc>
      </w:tr>
      <w:tr w:rsidR="00B1595A" w14:paraId="421C27B2" w14:textId="77777777" w:rsidTr="00662EC3">
        <w:trPr>
          <w:cantSplit/>
          <w:trHeight w:val="720"/>
          <w:jc w:val="center"/>
        </w:trPr>
        <w:tc>
          <w:tcPr>
            <w:tcW w:w="204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6F0DE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CD31C66" w14:textId="77777777" w:rsidR="00B1595A" w:rsidRPr="00C8200C" w:rsidRDefault="00A81518">
            <w:pPr>
              <w:spacing w:after="0" w:line="252" w:lineRule="auto"/>
              <w:jc w:val="center"/>
              <w:rPr>
                <w:sz w:val="22"/>
                <w:szCs w:val="28"/>
              </w:rPr>
            </w:pPr>
            <w:r w:rsidRPr="00C8200C">
              <w:rPr>
                <w:b/>
                <w:color w:val="000000"/>
                <w:sz w:val="22"/>
                <w:szCs w:val="28"/>
              </w:rPr>
              <w:t>October 12</w:t>
            </w:r>
          </w:p>
        </w:tc>
        <w:tc>
          <w:tcPr>
            <w:tcW w:w="208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AF3E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9F57004" w14:textId="77777777" w:rsidR="00B1595A" w:rsidRPr="00C8200C" w:rsidRDefault="00A81518">
            <w:pPr>
              <w:spacing w:after="0" w:line="252" w:lineRule="auto"/>
              <w:jc w:val="center"/>
              <w:rPr>
                <w:sz w:val="22"/>
                <w:szCs w:val="28"/>
              </w:rPr>
            </w:pPr>
            <w:r w:rsidRPr="00C8200C">
              <w:rPr>
                <w:b/>
                <w:color w:val="000000"/>
                <w:sz w:val="22"/>
                <w:szCs w:val="28"/>
              </w:rPr>
              <w:t>April 26</w:t>
            </w:r>
          </w:p>
        </w:tc>
        <w:tc>
          <w:tcPr>
            <w:tcW w:w="234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7D6FFB3" w14:textId="77777777" w:rsidR="00B1595A" w:rsidRPr="00C8200C" w:rsidRDefault="00A81518">
            <w:pPr>
              <w:spacing w:after="0" w:line="252" w:lineRule="auto"/>
              <w:jc w:val="center"/>
              <w:rPr>
                <w:sz w:val="22"/>
                <w:szCs w:val="28"/>
              </w:rPr>
            </w:pPr>
            <w:r w:rsidRPr="00C8200C">
              <w:rPr>
                <w:b/>
                <w:color w:val="000000"/>
                <w:sz w:val="22"/>
                <w:szCs w:val="28"/>
              </w:rPr>
              <w:t>Faculty Senate Executive Session</w:t>
            </w:r>
          </w:p>
        </w:tc>
        <w:tc>
          <w:tcPr>
            <w:tcW w:w="396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E1C635A" w14:textId="2AAA3295" w:rsidR="00B1595A" w:rsidRPr="00C8200C" w:rsidRDefault="00A81518">
            <w:pPr>
              <w:spacing w:after="0" w:line="252" w:lineRule="auto"/>
              <w:rPr>
                <w:sz w:val="22"/>
                <w:szCs w:val="28"/>
              </w:rPr>
            </w:pPr>
            <w:r w:rsidRPr="00C8200C">
              <w:rPr>
                <w:color w:val="000000"/>
                <w:sz w:val="22"/>
                <w:szCs w:val="28"/>
              </w:rPr>
              <w:t xml:space="preserve">Notifies Faculty Affairs of the executive session </w:t>
            </w:r>
            <w:r w:rsidR="00EF3C68">
              <w:rPr>
                <w:color w:val="000000"/>
                <w:sz w:val="22"/>
                <w:szCs w:val="28"/>
              </w:rPr>
              <w:t>recommendation</w:t>
            </w:r>
            <w:r w:rsidRPr="00C8200C">
              <w:rPr>
                <w:color w:val="000000"/>
                <w:sz w:val="22"/>
                <w:szCs w:val="28"/>
              </w:rPr>
              <w:t>.</w:t>
            </w:r>
          </w:p>
        </w:tc>
      </w:tr>
      <w:tr w:rsidR="00B1595A" w14:paraId="04E45D17" w14:textId="77777777" w:rsidTr="00662EC3">
        <w:trPr>
          <w:cantSplit/>
          <w:trHeight w:val="720"/>
          <w:jc w:val="center"/>
        </w:trPr>
        <w:tc>
          <w:tcPr>
            <w:tcW w:w="204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6F0DE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D2BB3C0" w14:textId="77777777" w:rsidR="00B1595A" w:rsidRPr="00C8200C" w:rsidRDefault="00A81518">
            <w:pPr>
              <w:spacing w:after="0" w:line="252" w:lineRule="auto"/>
              <w:jc w:val="center"/>
              <w:rPr>
                <w:sz w:val="22"/>
                <w:szCs w:val="28"/>
              </w:rPr>
            </w:pPr>
            <w:r w:rsidRPr="00C8200C">
              <w:rPr>
                <w:b/>
                <w:color w:val="000000"/>
                <w:sz w:val="22"/>
                <w:szCs w:val="28"/>
              </w:rPr>
              <w:t>October 14</w:t>
            </w:r>
          </w:p>
        </w:tc>
        <w:tc>
          <w:tcPr>
            <w:tcW w:w="208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AF3E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09BAFA8" w14:textId="77777777" w:rsidR="00B1595A" w:rsidRPr="00C8200C" w:rsidRDefault="00A81518">
            <w:pPr>
              <w:spacing w:after="0" w:line="252" w:lineRule="auto"/>
              <w:jc w:val="center"/>
              <w:rPr>
                <w:sz w:val="22"/>
                <w:szCs w:val="28"/>
              </w:rPr>
            </w:pPr>
            <w:r w:rsidRPr="00C8200C">
              <w:rPr>
                <w:b/>
                <w:color w:val="000000"/>
                <w:sz w:val="22"/>
                <w:szCs w:val="28"/>
              </w:rPr>
              <w:t>April 28</w:t>
            </w:r>
          </w:p>
        </w:tc>
        <w:tc>
          <w:tcPr>
            <w:tcW w:w="234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5F6F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FAE90E2" w14:textId="77777777" w:rsidR="00B1595A" w:rsidRPr="00C8200C" w:rsidRDefault="00A81518">
            <w:pPr>
              <w:spacing w:after="0" w:line="252" w:lineRule="auto"/>
              <w:jc w:val="center"/>
              <w:rPr>
                <w:sz w:val="22"/>
                <w:szCs w:val="28"/>
              </w:rPr>
            </w:pPr>
            <w:r w:rsidRPr="00C8200C">
              <w:rPr>
                <w:b/>
                <w:color w:val="000000"/>
                <w:sz w:val="22"/>
                <w:szCs w:val="28"/>
              </w:rPr>
              <w:t>Faculty Affairs</w:t>
            </w:r>
          </w:p>
        </w:tc>
        <w:tc>
          <w:tcPr>
            <w:tcW w:w="396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5F6F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6F8E134" w14:textId="1F604B23" w:rsidR="00B1595A" w:rsidRPr="00C8200C" w:rsidRDefault="00A81518">
            <w:pPr>
              <w:spacing w:after="0" w:line="252" w:lineRule="auto"/>
              <w:rPr>
                <w:sz w:val="22"/>
                <w:szCs w:val="28"/>
              </w:rPr>
            </w:pPr>
            <w:proofErr w:type="gramStart"/>
            <w:r w:rsidRPr="00C8200C">
              <w:rPr>
                <w:color w:val="000000"/>
                <w:sz w:val="22"/>
                <w:szCs w:val="28"/>
              </w:rPr>
              <w:t>Sends</w:t>
            </w:r>
            <w:proofErr w:type="gramEnd"/>
            <w:r w:rsidRPr="00C8200C">
              <w:rPr>
                <w:color w:val="000000"/>
                <w:sz w:val="22"/>
                <w:szCs w:val="28"/>
              </w:rPr>
              <w:t xml:space="preserve"> </w:t>
            </w:r>
            <w:r w:rsidR="00EF3C68">
              <w:rPr>
                <w:color w:val="000000"/>
                <w:sz w:val="22"/>
                <w:szCs w:val="28"/>
              </w:rPr>
              <w:t xml:space="preserve">positive recommendations </w:t>
            </w:r>
            <w:r w:rsidRPr="00C8200C">
              <w:rPr>
                <w:color w:val="000000"/>
                <w:sz w:val="22"/>
                <w:szCs w:val="28"/>
              </w:rPr>
              <w:t>to the Chancellor for review.</w:t>
            </w:r>
          </w:p>
        </w:tc>
      </w:tr>
      <w:tr w:rsidR="00B1595A" w14:paraId="7BE58EEC" w14:textId="77777777" w:rsidTr="00662EC3">
        <w:trPr>
          <w:cantSplit/>
          <w:trHeight w:val="720"/>
          <w:jc w:val="center"/>
        </w:trPr>
        <w:tc>
          <w:tcPr>
            <w:tcW w:w="204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6F0DE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7D3DCA0" w14:textId="77777777" w:rsidR="00B1595A" w:rsidRPr="00C8200C" w:rsidRDefault="00A81518">
            <w:pPr>
              <w:spacing w:after="0" w:line="252" w:lineRule="auto"/>
              <w:jc w:val="center"/>
              <w:rPr>
                <w:sz w:val="22"/>
                <w:szCs w:val="28"/>
              </w:rPr>
            </w:pPr>
            <w:r w:rsidRPr="00C8200C">
              <w:rPr>
                <w:b/>
                <w:color w:val="000000"/>
                <w:sz w:val="22"/>
                <w:szCs w:val="28"/>
              </w:rPr>
              <w:t>November 12</w:t>
            </w:r>
          </w:p>
        </w:tc>
        <w:tc>
          <w:tcPr>
            <w:tcW w:w="208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AF3E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5C3B27B" w14:textId="77777777" w:rsidR="00B1595A" w:rsidRPr="00C8200C" w:rsidRDefault="00A81518">
            <w:pPr>
              <w:spacing w:after="0" w:line="252" w:lineRule="auto"/>
              <w:jc w:val="center"/>
              <w:rPr>
                <w:sz w:val="22"/>
                <w:szCs w:val="28"/>
              </w:rPr>
            </w:pPr>
            <w:r w:rsidRPr="00C8200C">
              <w:rPr>
                <w:b/>
                <w:color w:val="000000"/>
                <w:sz w:val="22"/>
                <w:szCs w:val="28"/>
              </w:rPr>
              <w:t>May 27</w:t>
            </w:r>
          </w:p>
        </w:tc>
        <w:tc>
          <w:tcPr>
            <w:tcW w:w="234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FA2CFAE" w14:textId="77777777" w:rsidR="00B1595A" w:rsidRPr="00C8200C" w:rsidRDefault="00A81518">
            <w:pPr>
              <w:spacing w:after="0" w:line="252" w:lineRule="auto"/>
              <w:jc w:val="center"/>
              <w:rPr>
                <w:sz w:val="22"/>
                <w:szCs w:val="28"/>
              </w:rPr>
            </w:pPr>
            <w:r w:rsidRPr="00C8200C">
              <w:rPr>
                <w:b/>
                <w:color w:val="000000"/>
                <w:sz w:val="22"/>
                <w:szCs w:val="28"/>
              </w:rPr>
              <w:t>Chancellor</w:t>
            </w:r>
          </w:p>
        </w:tc>
        <w:tc>
          <w:tcPr>
            <w:tcW w:w="396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4062C7E" w14:textId="77777777" w:rsidR="00B1595A" w:rsidRPr="00C8200C" w:rsidRDefault="00A81518">
            <w:pPr>
              <w:spacing w:after="0" w:line="252" w:lineRule="auto"/>
              <w:rPr>
                <w:sz w:val="22"/>
                <w:szCs w:val="28"/>
              </w:rPr>
            </w:pPr>
            <w:r w:rsidRPr="00C8200C">
              <w:rPr>
                <w:color w:val="000000"/>
                <w:sz w:val="22"/>
                <w:szCs w:val="28"/>
              </w:rPr>
              <w:t>Notifies Faculty Affairs of his decision.</w:t>
            </w:r>
          </w:p>
        </w:tc>
      </w:tr>
      <w:tr w:rsidR="00B1595A" w14:paraId="5FF8A36E" w14:textId="77777777" w:rsidTr="00662EC3">
        <w:trPr>
          <w:cantSplit/>
          <w:trHeight w:val="720"/>
          <w:jc w:val="center"/>
        </w:trPr>
        <w:tc>
          <w:tcPr>
            <w:tcW w:w="204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6F0DE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0A8F9EF" w14:textId="77777777" w:rsidR="00B1595A" w:rsidRPr="00C8200C" w:rsidRDefault="00A81518">
            <w:pPr>
              <w:spacing w:after="0" w:line="252" w:lineRule="auto"/>
              <w:jc w:val="center"/>
              <w:rPr>
                <w:sz w:val="22"/>
                <w:szCs w:val="28"/>
              </w:rPr>
            </w:pPr>
            <w:r w:rsidRPr="00C8200C">
              <w:rPr>
                <w:b/>
                <w:color w:val="000000"/>
                <w:sz w:val="22"/>
                <w:szCs w:val="28"/>
              </w:rPr>
              <w:t>November 13</w:t>
            </w:r>
          </w:p>
        </w:tc>
        <w:tc>
          <w:tcPr>
            <w:tcW w:w="208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AF3E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D890596" w14:textId="77777777" w:rsidR="00B1595A" w:rsidRPr="00C8200C" w:rsidRDefault="00A81518">
            <w:pPr>
              <w:spacing w:after="0" w:line="252" w:lineRule="auto"/>
              <w:jc w:val="center"/>
              <w:rPr>
                <w:sz w:val="22"/>
                <w:szCs w:val="28"/>
              </w:rPr>
            </w:pPr>
            <w:r w:rsidRPr="00C8200C">
              <w:rPr>
                <w:b/>
                <w:color w:val="000000"/>
                <w:sz w:val="22"/>
                <w:szCs w:val="28"/>
              </w:rPr>
              <w:t>June 1</w:t>
            </w:r>
          </w:p>
        </w:tc>
        <w:tc>
          <w:tcPr>
            <w:tcW w:w="234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5F6F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CA83B6F" w14:textId="77777777" w:rsidR="00B1595A" w:rsidRPr="00C8200C" w:rsidRDefault="00A81518">
            <w:pPr>
              <w:spacing w:after="0" w:line="252" w:lineRule="auto"/>
              <w:jc w:val="center"/>
              <w:rPr>
                <w:sz w:val="22"/>
                <w:szCs w:val="28"/>
              </w:rPr>
            </w:pPr>
            <w:r w:rsidRPr="00C8200C">
              <w:rPr>
                <w:b/>
                <w:color w:val="000000"/>
                <w:sz w:val="22"/>
                <w:szCs w:val="28"/>
              </w:rPr>
              <w:t>Faculty Affairs</w:t>
            </w:r>
          </w:p>
        </w:tc>
        <w:tc>
          <w:tcPr>
            <w:tcW w:w="396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5F6F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CFCF967" w14:textId="77777777" w:rsidR="00B1595A" w:rsidRPr="00C8200C" w:rsidRDefault="00A81518">
            <w:pPr>
              <w:spacing w:after="0" w:line="252" w:lineRule="auto"/>
              <w:rPr>
                <w:sz w:val="22"/>
                <w:szCs w:val="28"/>
              </w:rPr>
            </w:pPr>
            <w:proofErr w:type="gramStart"/>
            <w:r w:rsidRPr="00C8200C">
              <w:rPr>
                <w:color w:val="000000"/>
                <w:sz w:val="22"/>
                <w:szCs w:val="28"/>
              </w:rPr>
              <w:t>Submits</w:t>
            </w:r>
            <w:proofErr w:type="gramEnd"/>
            <w:r w:rsidRPr="00C8200C">
              <w:rPr>
                <w:color w:val="000000"/>
                <w:sz w:val="22"/>
                <w:szCs w:val="28"/>
              </w:rPr>
              <w:t xml:space="preserve"> completed nomination packets to UM System.</w:t>
            </w:r>
          </w:p>
        </w:tc>
      </w:tr>
      <w:tr w:rsidR="00B1595A" w14:paraId="3636FF9A" w14:textId="77777777" w:rsidTr="00662EC3">
        <w:trPr>
          <w:cantSplit/>
          <w:trHeight w:val="723"/>
          <w:jc w:val="center"/>
        </w:trPr>
        <w:tc>
          <w:tcPr>
            <w:tcW w:w="204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6F0DE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0A2A9F2" w14:textId="77777777" w:rsidR="00B1595A" w:rsidRPr="00C8200C" w:rsidRDefault="00A81518">
            <w:pPr>
              <w:spacing w:after="0" w:line="252" w:lineRule="auto"/>
              <w:jc w:val="center"/>
              <w:rPr>
                <w:sz w:val="22"/>
                <w:szCs w:val="28"/>
              </w:rPr>
            </w:pPr>
            <w:r w:rsidRPr="00C8200C">
              <w:rPr>
                <w:b/>
                <w:color w:val="000000"/>
                <w:sz w:val="22"/>
                <w:szCs w:val="28"/>
              </w:rPr>
              <w:t>February 5, 2027</w:t>
            </w:r>
          </w:p>
        </w:tc>
        <w:tc>
          <w:tcPr>
            <w:tcW w:w="208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AF3E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B5E93D6" w14:textId="77777777" w:rsidR="00B1595A" w:rsidRPr="00C8200C" w:rsidRDefault="00A81518">
            <w:pPr>
              <w:spacing w:after="0" w:line="252" w:lineRule="auto"/>
              <w:jc w:val="center"/>
              <w:rPr>
                <w:sz w:val="22"/>
                <w:szCs w:val="28"/>
              </w:rPr>
            </w:pPr>
            <w:r w:rsidRPr="00C8200C">
              <w:rPr>
                <w:b/>
                <w:color w:val="000000"/>
                <w:sz w:val="22"/>
                <w:szCs w:val="28"/>
              </w:rPr>
              <w:t>September 13</w:t>
            </w:r>
          </w:p>
        </w:tc>
        <w:tc>
          <w:tcPr>
            <w:tcW w:w="234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65A5A4C" w14:textId="77777777" w:rsidR="00B1595A" w:rsidRPr="00C8200C" w:rsidRDefault="00A81518">
            <w:pPr>
              <w:spacing w:after="0" w:line="252" w:lineRule="auto"/>
              <w:jc w:val="center"/>
              <w:rPr>
                <w:sz w:val="22"/>
                <w:szCs w:val="28"/>
              </w:rPr>
            </w:pPr>
            <w:r w:rsidRPr="00C8200C">
              <w:rPr>
                <w:b/>
                <w:color w:val="000000"/>
                <w:sz w:val="22"/>
                <w:szCs w:val="28"/>
              </w:rPr>
              <w:t>President</w:t>
            </w:r>
          </w:p>
        </w:tc>
        <w:tc>
          <w:tcPr>
            <w:tcW w:w="396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347027A" w14:textId="77777777" w:rsidR="00B1595A" w:rsidRPr="00C8200C" w:rsidRDefault="00A81518">
            <w:pPr>
              <w:spacing w:after="0" w:line="252" w:lineRule="auto"/>
              <w:rPr>
                <w:sz w:val="22"/>
                <w:szCs w:val="28"/>
              </w:rPr>
            </w:pPr>
            <w:r w:rsidRPr="00C8200C">
              <w:rPr>
                <w:color w:val="000000"/>
                <w:sz w:val="22"/>
                <w:szCs w:val="28"/>
              </w:rPr>
              <w:t>With Board approval, the President will notify the Chancellor and send formal letters to the candidates.</w:t>
            </w:r>
          </w:p>
        </w:tc>
      </w:tr>
    </w:tbl>
    <w:p w14:paraId="0E57B82A" w14:textId="77777777" w:rsidR="001960D5" w:rsidRPr="001960D5" w:rsidRDefault="001960D5" w:rsidP="00C8200C"/>
    <w:sectPr w:rsidR="001960D5" w:rsidRPr="001960D5" w:rsidSect="001960D5">
      <w:footerReference w:type="default" r:id="rId9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00C3A0" w14:textId="77777777" w:rsidR="00A81518" w:rsidRDefault="00A81518">
      <w:pPr>
        <w:spacing w:after="0" w:line="240" w:lineRule="auto"/>
      </w:pPr>
      <w:r>
        <w:separator/>
      </w:r>
    </w:p>
  </w:endnote>
  <w:endnote w:type="continuationSeparator" w:id="0">
    <w:p w14:paraId="16474784" w14:textId="77777777" w:rsidR="00A81518" w:rsidRDefault="00A815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9A6AF1" w14:textId="4504A771" w:rsidR="00B1595A" w:rsidRDefault="00A81518">
    <w:pPr>
      <w:pStyle w:val="Footer"/>
      <w:jc w:val="right"/>
    </w:pPr>
    <w:r>
      <w:rPr>
        <w:color w:val="5B6570"/>
        <w:sz w:val="17"/>
      </w:rPr>
      <w:t>Faculty Affairs</w:t>
    </w:r>
    <w:r w:rsidR="001960D5">
      <w:rPr>
        <w:color w:val="5B6570"/>
        <w:sz w:val="17"/>
      </w:rPr>
      <w:t xml:space="preserve"> September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40420F" w14:textId="77777777" w:rsidR="00A81518" w:rsidRDefault="00A81518">
      <w:pPr>
        <w:spacing w:after="0" w:line="240" w:lineRule="auto"/>
      </w:pPr>
      <w:r>
        <w:separator/>
      </w:r>
    </w:p>
  </w:footnote>
  <w:footnote w:type="continuationSeparator" w:id="0">
    <w:p w14:paraId="501FE422" w14:textId="77777777" w:rsidR="00A81518" w:rsidRDefault="00A8151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428496">
    <w:abstractNumId w:val="8"/>
  </w:num>
  <w:num w:numId="2" w16cid:durableId="15932075">
    <w:abstractNumId w:val="6"/>
  </w:num>
  <w:num w:numId="3" w16cid:durableId="1358388205">
    <w:abstractNumId w:val="5"/>
  </w:num>
  <w:num w:numId="4" w16cid:durableId="1754425244">
    <w:abstractNumId w:val="4"/>
  </w:num>
  <w:num w:numId="5" w16cid:durableId="725224883">
    <w:abstractNumId w:val="7"/>
  </w:num>
  <w:num w:numId="6" w16cid:durableId="1077942103">
    <w:abstractNumId w:val="3"/>
  </w:num>
  <w:num w:numId="7" w16cid:durableId="2092971340">
    <w:abstractNumId w:val="2"/>
  </w:num>
  <w:num w:numId="8" w16cid:durableId="1982954749">
    <w:abstractNumId w:val="1"/>
  </w:num>
  <w:num w:numId="9" w16cid:durableId="2471525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960D5"/>
    <w:rsid w:val="0029639D"/>
    <w:rsid w:val="00326F90"/>
    <w:rsid w:val="00662EC3"/>
    <w:rsid w:val="006B28A6"/>
    <w:rsid w:val="006C71AE"/>
    <w:rsid w:val="00A770DB"/>
    <w:rsid w:val="00A81518"/>
    <w:rsid w:val="00AA1D8D"/>
    <w:rsid w:val="00B1595A"/>
    <w:rsid w:val="00B47730"/>
    <w:rsid w:val="00C8200C"/>
    <w:rsid w:val="00CB0664"/>
    <w:rsid w:val="00EF3C68"/>
    <w:rsid w:val="00F518B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7C75221"/>
  <w14:defaultImageDpi w14:val="300"/>
  <w15:docId w15:val="{0E9238E9-ACD2-43AE-BD8A-CBEBCBDB47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EF3C68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F3C6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acultyaffairs@mst.ed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172</Words>
  <Characters>983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1153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2026-2027 Honorary Degree Deadlines</dc:title>
  <dc:subject>Honorary degree nomination cycle deadlines and responsibilities</dc:subject>
  <dc:creator>python-docx</dc:creator>
  <cp:keywords/>
  <dc:description>generated by python-docx</dc:description>
  <cp:lastModifiedBy>House, Misty</cp:lastModifiedBy>
  <cp:revision>2</cp:revision>
  <dcterms:created xsi:type="dcterms:W3CDTF">2026-09-17T21:25:00Z</dcterms:created>
  <dcterms:modified xsi:type="dcterms:W3CDTF">2026-09-17T21:25:00Z</dcterms:modified>
  <cp:category/>
</cp:coreProperties>
</file>